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Inner Peace Foundation – Organisation Overview &amp; Impact</w:t>
      </w:r>
    </w:p>
    <w:p>
      <w:r>
        <w:t>Supporting document for volunteers and partners</w:t>
      </w:r>
    </w:p>
    <w:p>
      <w:pPr>
        <w:pStyle w:val="Heading1"/>
      </w:pPr>
      <w:r>
        <w:t>About The Inner Peace Foundation</w:t>
      </w:r>
    </w:p>
    <w:p>
      <w:r>
        <w:t>The Inner Peace Foundation is a yoga-centred charitable initiative dedicated to promoting wellbeing, sustainable living, community resilience and positive social and environmental change. We bring together inner wellbeing, social impact and ecological responsibility through education, outreach and collaborative programmes.</w:t>
      </w:r>
    </w:p>
    <w:p>
      <w:pPr>
        <w:pStyle w:val="Heading1"/>
      </w:pPr>
      <w:r>
        <w:t>Our Vision</w:t>
      </w:r>
    </w:p>
    <w:p>
      <w:r>
        <w:t>A world where personal wellbeing, community wellbeing and care for the planet exist in harmony.</w:t>
      </w:r>
    </w:p>
    <w:p>
      <w:pPr>
        <w:pStyle w:val="Heading1"/>
      </w:pPr>
      <w:r>
        <w:t>Our Mission</w:t>
      </w:r>
    </w:p>
    <w:p>
      <w:r>
        <w:t>To support transformation through yoga, mindfulness, sustainable living, education and community outreach.</w:t>
      </w:r>
    </w:p>
    <w:p>
      <w:pPr>
        <w:pStyle w:val="Heading1"/>
      </w:pPr>
      <w:r>
        <w:t>Our Core Activities</w:t>
      </w:r>
    </w:p>
    <w:p>
      <w:pPr>
        <w:pStyle w:val="ListBullet"/>
      </w:pPr>
      <w:r>
        <w:t>Yoga, wellbeing and mindfulness programmes</w:t>
      </w:r>
    </w:p>
    <w:p>
      <w:pPr>
        <w:pStyle w:val="ListBullet"/>
      </w:pPr>
      <w:r>
        <w:t>Sustainable living and environmental education</w:t>
      </w:r>
    </w:p>
    <w:p>
      <w:pPr>
        <w:pStyle w:val="ListBullet"/>
      </w:pPr>
      <w:r>
        <w:t>Community outreach and social impact initiatives</w:t>
      </w:r>
    </w:p>
    <w:p>
      <w:pPr>
        <w:pStyle w:val="ListBullet"/>
      </w:pPr>
      <w:r>
        <w:t>Transformational learning, workshops and collaborative projects</w:t>
      </w:r>
    </w:p>
    <w:p>
      <w:pPr>
        <w:pStyle w:val="Heading1"/>
      </w:pPr>
      <w:r>
        <w:t>Who We Support</w:t>
      </w:r>
    </w:p>
    <w:p>
      <w:r>
        <w:t>We support individuals, communities and groups seeking improved wellbeing, resilience, social connection and more sustainable ways of living.</w:t>
      </w:r>
    </w:p>
    <w:p>
      <w:pPr>
        <w:pStyle w:val="Heading1"/>
      </w:pPr>
      <w:r>
        <w:t>Our Impact</w:t>
      </w:r>
    </w:p>
    <w:p>
      <w:pPr>
        <w:pStyle w:val="ListBullet"/>
      </w:pPr>
      <w:r>
        <w:t>Supporting physical, mental and emotional wellbeing</w:t>
      </w:r>
    </w:p>
    <w:p>
      <w:pPr>
        <w:pStyle w:val="ListBullet"/>
      </w:pPr>
      <w:r>
        <w:t>Strengthening community resilience and connection</w:t>
      </w:r>
    </w:p>
    <w:p>
      <w:pPr>
        <w:pStyle w:val="ListBullet"/>
      </w:pPr>
      <w:r>
        <w:t>Encouraging sustainable lifestyles and environmental awareness</w:t>
      </w:r>
    </w:p>
    <w:p>
      <w:pPr>
        <w:pStyle w:val="ListBullet"/>
      </w:pPr>
      <w:r>
        <w:t>Creating positive social and environmental change</w:t>
      </w:r>
    </w:p>
    <w:p>
      <w:pPr>
        <w:pStyle w:val="Heading1"/>
      </w:pPr>
      <w:r>
        <w:t>Harmony with Nature Initiative</w:t>
      </w:r>
    </w:p>
    <w:p>
      <w:r>
        <w:t>Our flagship Harmony with Nature initiative integrates wellbeing, sustainability and community action to support transformative social and environmental impact.</w:t>
      </w:r>
    </w:p>
    <w:p>
      <w:pPr>
        <w:pStyle w:val="Heading1"/>
      </w:pPr>
      <w:r>
        <w:t>Why Our Work Matters</w:t>
      </w:r>
    </w:p>
    <w:p>
      <w:r>
        <w:t>At a time of growing wellbeing, social and environmental challenges, our work offers preventative, empowering and inclusive approaches that support healthier people, stronger communities and a more sustainable future.</w:t>
      </w:r>
    </w:p>
    <w:p>
      <w:pPr>
        <w:pStyle w:val="Heading1"/>
      </w:pPr>
      <w:r>
        <w:t>Strategic Priorities</w:t>
      </w:r>
    </w:p>
    <w:p>
      <w:pPr>
        <w:pStyle w:val="ListBullet"/>
      </w:pPr>
      <w:r>
        <w:t>Expand access to wellbeing and sustainability programmes</w:t>
      </w:r>
    </w:p>
    <w:p>
      <w:pPr>
        <w:pStyle w:val="ListBullet"/>
      </w:pPr>
      <w:r>
        <w:t>Strengthen partnerships and collaborative impact</w:t>
      </w:r>
    </w:p>
    <w:p>
      <w:pPr>
        <w:pStyle w:val="ListBullet"/>
      </w:pPr>
      <w:r>
        <w:t>Develop innovative education and outreach initiatives</w:t>
      </w:r>
    </w:p>
    <w:p>
      <w:pPr>
        <w:pStyle w:val="ListBullet"/>
      </w:pPr>
      <w:r>
        <w:t>Build sustainable funding and organisational resilience</w:t>
      </w:r>
    </w:p>
    <w:p>
      <w:pPr>
        <w:pStyle w:val="Heading1"/>
      </w:pPr>
      <w:r>
        <w:t>Looking Ahead</w:t>
      </w:r>
    </w:p>
    <w:p>
      <w:r>
        <w:t>We aim to deepen impact through partnerships, innovation, programme growth and sustainable funding to reach more people and communities.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